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D4ED8"/>
          <w:sz w:val="46"/>
        </w:rPr>
        <w:t>Shape Hunter Geometry Worksheet</w:t>
      </w:r>
    </w:p>
    <w:p>
      <w:pPr>
        <w:spacing w:after="160"/>
        <w:jc w:val="center"/>
      </w:pPr>
      <w:r>
        <w:rPr>
          <w:i/>
          <w:color w:val="475569"/>
          <w:sz w:val="23"/>
        </w:rPr>
        <w:t>Draw, count, and find 2D shapes in the world around you.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Borders>
              <w:top w:val="single" w:sz="8" w:space="0" w:color="CBD5E1"/>
              <w:left w:val="single" w:sz="8" w:space="0" w:color="CBD5E1"/>
              <w:bottom w:val="single" w:sz="8" w:space="0" w:color="CBD5E1"/>
              <w:right w:val="single" w:sz="8" w:space="0" w:color="CBD5E1"/>
            </w:tcBorders>
            <w:shd w:fill="F8FAFC"/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22"/>
              </w:rPr>
              <w:t>Name: ___________________________________</w:t>
            </w:r>
          </w:p>
        </w:tc>
        <w:tc>
          <w:tcPr>
            <w:tcW w:type="dxa" w:w="5328"/>
            <w:tcBorders>
              <w:top w:val="single" w:sz="8" w:space="0" w:color="CBD5E1"/>
              <w:left w:val="single" w:sz="8" w:space="0" w:color="CBD5E1"/>
              <w:bottom w:val="single" w:sz="8" w:space="0" w:color="CBD5E1"/>
              <w:right w:val="single" w:sz="8" w:space="0" w:color="CBD5E1"/>
            </w:tcBorders>
            <w:shd w:fill="F8FAFC"/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22"/>
              </w:rPr>
              <w:t>Date: ______________________</w:t>
            </w:r>
          </w:p>
        </w:tc>
      </w:tr>
    </w:tbl>
    <w:p>
      <w:pPr>
        <w:spacing w:after="0"/>
      </w:pPr>
      <w:r>
        <w:rPr>
          <w:b/>
          <w:color w:val="059669"/>
        </w:rPr>
        <w:t xml:space="preserve">Learning Goal: </w:t>
      </w:r>
      <w:r>
        <w:t>I can identify basic 2D shapes and describe their sides, corners, and real-life examples.</w:t>
      </w:r>
    </w:p>
    <w:p>
      <w:pPr>
        <w:spacing w:after="40"/>
      </w:pPr>
      <w:r>
        <w:rPr>
          <w:b/>
          <w:color w:val="D97706"/>
        </w:rPr>
        <w:t xml:space="preserve">Teacher Connection: </w:t>
      </w:r>
      <w:r>
        <w:t>Use this after playing a ShabzLabs shape game such as Shape Hunter or Magic 3D Shape Builder.</w:t>
      </w:r>
    </w:p>
    <w:p>
      <w:pPr>
        <w:spacing w:before="160" w:after="80"/>
      </w:pPr>
      <w:r>
        <w:rPr>
          <w:b/>
          <w:color w:val="2563EB"/>
          <w:sz w:val="30"/>
        </w:rPr>
        <w:t>1. Draw Each Shape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shd w:fill="DBEAFE"/>
            <w:tcBorders>
              <w:top w:val="single" w:sz="10" w:space="0" w:color="93C5FD"/>
              <w:left w:val="single" w:sz="10" w:space="0" w:color="93C5FD"/>
              <w:bottom w:val="single" w:sz="10" w:space="0" w:color="93C5FD"/>
              <w:right w:val="single" w:sz="10" w:space="0" w:color="93C5FD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24"/>
              </w:rPr>
              <w:t>Circle</w:t>
            </w:r>
          </w:p>
        </w:tc>
        <w:tc>
          <w:tcPr>
            <w:tcW w:type="dxa" w:w="2664"/>
            <w:shd w:fill="DBEAFE"/>
            <w:tcBorders>
              <w:top w:val="single" w:sz="10" w:space="0" w:color="93C5FD"/>
              <w:left w:val="single" w:sz="10" w:space="0" w:color="93C5FD"/>
              <w:bottom w:val="single" w:sz="10" w:space="0" w:color="93C5FD"/>
              <w:right w:val="single" w:sz="10" w:space="0" w:color="93C5FD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24"/>
              </w:rPr>
              <w:t>Square</w:t>
            </w:r>
          </w:p>
        </w:tc>
        <w:tc>
          <w:tcPr>
            <w:tcW w:type="dxa" w:w="2664"/>
            <w:shd w:fill="DBEAFE"/>
            <w:tcBorders>
              <w:top w:val="single" w:sz="10" w:space="0" w:color="93C5FD"/>
              <w:left w:val="single" w:sz="10" w:space="0" w:color="93C5FD"/>
              <w:bottom w:val="single" w:sz="10" w:space="0" w:color="93C5FD"/>
              <w:right w:val="single" w:sz="10" w:space="0" w:color="93C5FD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24"/>
              </w:rPr>
              <w:t>Triangle</w:t>
            </w:r>
          </w:p>
        </w:tc>
        <w:tc>
          <w:tcPr>
            <w:tcW w:type="dxa" w:w="2664"/>
            <w:shd w:fill="DBEAFE"/>
            <w:tcBorders>
              <w:top w:val="single" w:sz="10" w:space="0" w:color="93C5FD"/>
              <w:left w:val="single" w:sz="10" w:space="0" w:color="93C5FD"/>
              <w:bottom w:val="single" w:sz="10" w:space="0" w:color="93C5FD"/>
              <w:right w:val="single" w:sz="10" w:space="0" w:color="93C5FD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24"/>
              </w:rPr>
              <w:t>Rectangle</w:t>
            </w:r>
          </w:p>
        </w:tc>
      </w:tr>
      <w:tr>
        <w:tc>
          <w:tcPr>
            <w:tcW w:type="dxa" w:w="2664"/>
            <w:tcBorders>
              <w:top w:val="single" w:sz="8" w:space="0" w:color="BFDBFE"/>
              <w:left w:val="single" w:sz="8" w:space="0" w:color="BFDBFE"/>
              <w:bottom w:val="single" w:sz="8" w:space="0" w:color="BFDBFE"/>
              <w:right w:val="single" w:sz="8" w:space="0" w:color="BFDBFE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64748B"/>
                <w:sz w:val="21"/>
              </w:rPr>
              <w:br/>
              <w:br/>
              <w:t>Draw here</w:t>
              <w:br/>
              <w:br/>
            </w:r>
          </w:p>
        </w:tc>
        <w:tc>
          <w:tcPr>
            <w:tcW w:type="dxa" w:w="2664"/>
            <w:tcBorders>
              <w:top w:val="single" w:sz="8" w:space="0" w:color="BFDBFE"/>
              <w:left w:val="single" w:sz="8" w:space="0" w:color="BFDBFE"/>
              <w:bottom w:val="single" w:sz="8" w:space="0" w:color="BFDBFE"/>
              <w:right w:val="single" w:sz="8" w:space="0" w:color="BFDBFE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64748B"/>
                <w:sz w:val="21"/>
              </w:rPr>
              <w:br/>
              <w:br/>
              <w:t>Draw here</w:t>
              <w:br/>
              <w:br/>
            </w:r>
          </w:p>
        </w:tc>
        <w:tc>
          <w:tcPr>
            <w:tcW w:type="dxa" w:w="2664"/>
            <w:tcBorders>
              <w:top w:val="single" w:sz="8" w:space="0" w:color="BFDBFE"/>
              <w:left w:val="single" w:sz="8" w:space="0" w:color="BFDBFE"/>
              <w:bottom w:val="single" w:sz="8" w:space="0" w:color="BFDBFE"/>
              <w:right w:val="single" w:sz="8" w:space="0" w:color="BFDBFE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64748B"/>
                <w:sz w:val="21"/>
              </w:rPr>
              <w:br/>
              <w:br/>
              <w:t>Draw here</w:t>
              <w:br/>
              <w:br/>
            </w:r>
          </w:p>
        </w:tc>
        <w:tc>
          <w:tcPr>
            <w:tcW w:type="dxa" w:w="2664"/>
            <w:tcBorders>
              <w:top w:val="single" w:sz="8" w:space="0" w:color="BFDBFE"/>
              <w:left w:val="single" w:sz="8" w:space="0" w:color="BFDBFE"/>
              <w:bottom w:val="single" w:sz="8" w:space="0" w:color="BFDBFE"/>
              <w:right w:val="single" w:sz="8" w:space="0" w:color="BFDBFE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64748B"/>
                <w:sz w:val="21"/>
              </w:rPr>
              <w:br/>
              <w:br/>
              <w:t>Draw here</w:t>
              <w:br/>
              <w:br/>
            </w:r>
          </w:p>
        </w:tc>
      </w:tr>
    </w:tbl>
    <w:p>
      <w:pPr>
        <w:spacing w:before="160" w:after="80"/>
      </w:pPr>
      <w:r>
        <w:rPr>
          <w:b/>
          <w:color w:val="2563EB"/>
          <w:sz w:val="30"/>
        </w:rPr>
        <w:t>2. Count the Sides and Corners</w:t>
      </w:r>
    </w:p>
    <w:p>
      <w:pPr>
        <w:spacing w:after="80"/>
      </w:pPr>
      <w:r>
        <w:t>Fill in the chart. Some answers can be completed with your class or partner.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shd w:fill="FEF3C7"/>
            <w:tcBorders>
              <w:top w:val="single" w:sz="10" w:space="0" w:color="FBBF24"/>
              <w:left w:val="single" w:sz="10" w:space="0" w:color="FBBF24"/>
              <w:bottom w:val="single" w:sz="10" w:space="0" w:color="FBBF24"/>
              <w:right w:val="single" w:sz="10" w:space="0" w:color="FBBF2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20"/>
              </w:rPr>
              <w:t>Shape</w:t>
            </w:r>
          </w:p>
        </w:tc>
        <w:tc>
          <w:tcPr>
            <w:tcW w:type="dxa" w:w="2664"/>
            <w:shd w:fill="FEF3C7"/>
            <w:tcBorders>
              <w:top w:val="single" w:sz="10" w:space="0" w:color="FBBF24"/>
              <w:left w:val="single" w:sz="10" w:space="0" w:color="FBBF24"/>
              <w:bottom w:val="single" w:sz="10" w:space="0" w:color="FBBF24"/>
              <w:right w:val="single" w:sz="10" w:space="0" w:color="FBBF2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20"/>
              </w:rPr>
              <w:t>Sides</w:t>
            </w:r>
          </w:p>
        </w:tc>
        <w:tc>
          <w:tcPr>
            <w:tcW w:type="dxa" w:w="2664"/>
            <w:shd w:fill="FEF3C7"/>
            <w:tcBorders>
              <w:top w:val="single" w:sz="10" w:space="0" w:color="FBBF24"/>
              <w:left w:val="single" w:sz="10" w:space="0" w:color="FBBF24"/>
              <w:bottom w:val="single" w:sz="10" w:space="0" w:color="FBBF24"/>
              <w:right w:val="single" w:sz="10" w:space="0" w:color="FBBF2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20"/>
              </w:rPr>
              <w:t>Corners / Vertices</w:t>
            </w:r>
          </w:p>
        </w:tc>
        <w:tc>
          <w:tcPr>
            <w:tcW w:type="dxa" w:w="2664"/>
            <w:shd w:fill="FEF3C7"/>
            <w:tcBorders>
              <w:top w:val="single" w:sz="10" w:space="0" w:color="FBBF24"/>
              <w:left w:val="single" w:sz="10" w:space="0" w:color="FBBF24"/>
              <w:bottom w:val="single" w:sz="10" w:space="0" w:color="FBBF24"/>
              <w:right w:val="single" w:sz="10" w:space="0" w:color="FBBF2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20"/>
              </w:rPr>
              <w:t>One real-life example</w:t>
            </w:r>
          </w:p>
        </w:tc>
      </w:tr>
      <w:tr>
        <w:tc>
          <w:tcPr>
            <w:tcW w:type="dxa" w:w="2664"/>
            <w:tcBorders>
              <w:top w:val="single" w:sz="8" w:space="0" w:color="FDE68A"/>
              <w:left w:val="single" w:sz="8" w:space="0" w:color="FDE68A"/>
              <w:bottom w:val="single" w:sz="8" w:space="0" w:color="FDE68A"/>
              <w:right w:val="single" w:sz="8" w:space="0" w:color="FDE68A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20"/>
              </w:rPr>
              <w:t>Circle</w:t>
            </w:r>
          </w:p>
        </w:tc>
        <w:tc>
          <w:tcPr>
            <w:tcW w:type="dxa" w:w="2664"/>
            <w:tcBorders>
              <w:top w:val="single" w:sz="8" w:space="0" w:color="FDE68A"/>
              <w:left w:val="single" w:sz="8" w:space="0" w:color="FDE68A"/>
              <w:bottom w:val="single" w:sz="8" w:space="0" w:color="FDE68A"/>
              <w:right w:val="single" w:sz="8" w:space="0" w:color="FDE68A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20"/>
              </w:rPr>
              <w:t>________</w:t>
            </w:r>
          </w:p>
        </w:tc>
        <w:tc>
          <w:tcPr>
            <w:tcW w:type="dxa" w:w="2664"/>
            <w:tcBorders>
              <w:top w:val="single" w:sz="8" w:space="0" w:color="FDE68A"/>
              <w:left w:val="single" w:sz="8" w:space="0" w:color="FDE68A"/>
              <w:bottom w:val="single" w:sz="8" w:space="0" w:color="FDE68A"/>
              <w:right w:val="single" w:sz="8" w:space="0" w:color="FDE68A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20"/>
              </w:rPr>
              <w:t>________</w:t>
            </w:r>
          </w:p>
        </w:tc>
        <w:tc>
          <w:tcPr>
            <w:tcW w:type="dxa" w:w="2664"/>
            <w:tcBorders>
              <w:top w:val="single" w:sz="8" w:space="0" w:color="FDE68A"/>
              <w:left w:val="single" w:sz="8" w:space="0" w:color="FDE68A"/>
              <w:bottom w:val="single" w:sz="8" w:space="0" w:color="FDE68A"/>
              <w:right w:val="single" w:sz="8" w:space="0" w:color="FDE68A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20"/>
              </w:rPr>
              <w:t>____________________</w:t>
            </w:r>
          </w:p>
        </w:tc>
      </w:tr>
      <w:tr>
        <w:tc>
          <w:tcPr>
            <w:tcW w:type="dxa" w:w="2664"/>
            <w:tcBorders>
              <w:top w:val="single" w:sz="8" w:space="0" w:color="FDE68A"/>
              <w:left w:val="single" w:sz="8" w:space="0" w:color="FDE68A"/>
              <w:bottom w:val="single" w:sz="8" w:space="0" w:color="FDE68A"/>
              <w:right w:val="single" w:sz="8" w:space="0" w:color="FDE68A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20"/>
              </w:rPr>
              <w:t>Square</w:t>
            </w:r>
          </w:p>
        </w:tc>
        <w:tc>
          <w:tcPr>
            <w:tcW w:type="dxa" w:w="2664"/>
            <w:tcBorders>
              <w:top w:val="single" w:sz="8" w:space="0" w:color="FDE68A"/>
              <w:left w:val="single" w:sz="8" w:space="0" w:color="FDE68A"/>
              <w:bottom w:val="single" w:sz="8" w:space="0" w:color="FDE68A"/>
              <w:right w:val="single" w:sz="8" w:space="0" w:color="FDE68A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20"/>
              </w:rPr>
              <w:t>________</w:t>
            </w:r>
          </w:p>
        </w:tc>
        <w:tc>
          <w:tcPr>
            <w:tcW w:type="dxa" w:w="2664"/>
            <w:tcBorders>
              <w:top w:val="single" w:sz="8" w:space="0" w:color="FDE68A"/>
              <w:left w:val="single" w:sz="8" w:space="0" w:color="FDE68A"/>
              <w:bottom w:val="single" w:sz="8" w:space="0" w:color="FDE68A"/>
              <w:right w:val="single" w:sz="8" w:space="0" w:color="FDE68A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20"/>
              </w:rPr>
              <w:t>________</w:t>
            </w:r>
          </w:p>
        </w:tc>
        <w:tc>
          <w:tcPr>
            <w:tcW w:type="dxa" w:w="2664"/>
            <w:tcBorders>
              <w:top w:val="single" w:sz="8" w:space="0" w:color="FDE68A"/>
              <w:left w:val="single" w:sz="8" w:space="0" w:color="FDE68A"/>
              <w:bottom w:val="single" w:sz="8" w:space="0" w:color="FDE68A"/>
              <w:right w:val="single" w:sz="8" w:space="0" w:color="FDE68A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20"/>
              </w:rPr>
              <w:t>____________________</w:t>
            </w:r>
          </w:p>
        </w:tc>
      </w:tr>
      <w:tr>
        <w:tc>
          <w:tcPr>
            <w:tcW w:type="dxa" w:w="2664"/>
            <w:tcBorders>
              <w:top w:val="single" w:sz="8" w:space="0" w:color="FDE68A"/>
              <w:left w:val="single" w:sz="8" w:space="0" w:color="FDE68A"/>
              <w:bottom w:val="single" w:sz="8" w:space="0" w:color="FDE68A"/>
              <w:right w:val="single" w:sz="8" w:space="0" w:color="FDE68A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20"/>
              </w:rPr>
              <w:t>Triangle</w:t>
            </w:r>
          </w:p>
        </w:tc>
        <w:tc>
          <w:tcPr>
            <w:tcW w:type="dxa" w:w="2664"/>
            <w:tcBorders>
              <w:top w:val="single" w:sz="8" w:space="0" w:color="FDE68A"/>
              <w:left w:val="single" w:sz="8" w:space="0" w:color="FDE68A"/>
              <w:bottom w:val="single" w:sz="8" w:space="0" w:color="FDE68A"/>
              <w:right w:val="single" w:sz="8" w:space="0" w:color="FDE68A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20"/>
              </w:rPr>
              <w:t>________</w:t>
            </w:r>
          </w:p>
        </w:tc>
        <w:tc>
          <w:tcPr>
            <w:tcW w:type="dxa" w:w="2664"/>
            <w:tcBorders>
              <w:top w:val="single" w:sz="8" w:space="0" w:color="FDE68A"/>
              <w:left w:val="single" w:sz="8" w:space="0" w:color="FDE68A"/>
              <w:bottom w:val="single" w:sz="8" w:space="0" w:color="FDE68A"/>
              <w:right w:val="single" w:sz="8" w:space="0" w:color="FDE68A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20"/>
              </w:rPr>
              <w:t>________</w:t>
            </w:r>
          </w:p>
        </w:tc>
        <w:tc>
          <w:tcPr>
            <w:tcW w:type="dxa" w:w="2664"/>
            <w:tcBorders>
              <w:top w:val="single" w:sz="8" w:space="0" w:color="FDE68A"/>
              <w:left w:val="single" w:sz="8" w:space="0" w:color="FDE68A"/>
              <w:bottom w:val="single" w:sz="8" w:space="0" w:color="FDE68A"/>
              <w:right w:val="single" w:sz="8" w:space="0" w:color="FDE68A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20"/>
              </w:rPr>
              <w:t>____________________</w:t>
            </w:r>
          </w:p>
        </w:tc>
      </w:tr>
      <w:tr>
        <w:tc>
          <w:tcPr>
            <w:tcW w:type="dxa" w:w="2664"/>
            <w:tcBorders>
              <w:top w:val="single" w:sz="8" w:space="0" w:color="FDE68A"/>
              <w:left w:val="single" w:sz="8" w:space="0" w:color="FDE68A"/>
              <w:bottom w:val="single" w:sz="8" w:space="0" w:color="FDE68A"/>
              <w:right w:val="single" w:sz="8" w:space="0" w:color="FDE68A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20"/>
              </w:rPr>
              <w:t>Rectangle</w:t>
            </w:r>
          </w:p>
        </w:tc>
        <w:tc>
          <w:tcPr>
            <w:tcW w:type="dxa" w:w="2664"/>
            <w:tcBorders>
              <w:top w:val="single" w:sz="8" w:space="0" w:color="FDE68A"/>
              <w:left w:val="single" w:sz="8" w:space="0" w:color="FDE68A"/>
              <w:bottom w:val="single" w:sz="8" w:space="0" w:color="FDE68A"/>
              <w:right w:val="single" w:sz="8" w:space="0" w:color="FDE68A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20"/>
              </w:rPr>
              <w:t>________</w:t>
            </w:r>
          </w:p>
        </w:tc>
        <w:tc>
          <w:tcPr>
            <w:tcW w:type="dxa" w:w="2664"/>
            <w:tcBorders>
              <w:top w:val="single" w:sz="8" w:space="0" w:color="FDE68A"/>
              <w:left w:val="single" w:sz="8" w:space="0" w:color="FDE68A"/>
              <w:bottom w:val="single" w:sz="8" w:space="0" w:color="FDE68A"/>
              <w:right w:val="single" w:sz="8" w:space="0" w:color="FDE68A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20"/>
              </w:rPr>
              <w:t>________</w:t>
            </w:r>
          </w:p>
        </w:tc>
        <w:tc>
          <w:tcPr>
            <w:tcW w:type="dxa" w:w="2664"/>
            <w:tcBorders>
              <w:top w:val="single" w:sz="8" w:space="0" w:color="FDE68A"/>
              <w:left w:val="single" w:sz="8" w:space="0" w:color="FDE68A"/>
              <w:bottom w:val="single" w:sz="8" w:space="0" w:color="FDE68A"/>
              <w:right w:val="single" w:sz="8" w:space="0" w:color="FDE68A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20"/>
              </w:rPr>
              <w:t>____________________</w:t>
            </w:r>
          </w:p>
        </w:tc>
      </w:tr>
    </w:tbl>
    <w:p>
      <w:r>
        <w:br w:type="page"/>
      </w:r>
    </w:p>
    <w:p>
      <w:pPr>
        <w:spacing w:after="120"/>
        <w:jc w:val="center"/>
      </w:pPr>
      <w:r>
        <w:rPr>
          <w:b/>
          <w:color w:val="1D4ED8"/>
          <w:sz w:val="42"/>
        </w:rPr>
        <w:t>Shape Detective Challenges</w:t>
      </w:r>
    </w:p>
    <w:p>
      <w:pPr>
        <w:spacing w:before="160" w:after="80"/>
      </w:pPr>
      <w:r>
        <w:rPr>
          <w:b/>
          <w:color w:val="2563EB"/>
          <w:sz w:val="30"/>
        </w:rPr>
        <w:t>3. Shape Hunt Around the Room</w:t>
      </w:r>
    </w:p>
    <w:p>
      <w:pPr>
        <w:spacing w:after="80"/>
      </w:pPr>
      <w:r>
        <w:t>Find one classroom or home object that looks like each shape. Draw a quick sketch.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  <w:shd w:fill="DCFCE7"/>
            <w:tcBorders>
              <w:top w:val="single" w:sz="10" w:space="0" w:color="86EFAC"/>
              <w:left w:val="single" w:sz="10" w:space="0" w:color="86EFAC"/>
              <w:bottom w:val="single" w:sz="10" w:space="0" w:color="86EFAC"/>
              <w:right w:val="single" w:sz="10" w:space="0" w:color="86EFA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20"/>
              </w:rPr>
              <w:t>Shape to find</w:t>
            </w:r>
          </w:p>
        </w:tc>
        <w:tc>
          <w:tcPr>
            <w:tcW w:type="dxa" w:w="3552"/>
            <w:shd w:fill="DCFCE7"/>
            <w:tcBorders>
              <w:top w:val="single" w:sz="10" w:space="0" w:color="86EFAC"/>
              <w:left w:val="single" w:sz="10" w:space="0" w:color="86EFAC"/>
              <w:bottom w:val="single" w:sz="10" w:space="0" w:color="86EFAC"/>
              <w:right w:val="single" w:sz="10" w:space="0" w:color="86EFA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20"/>
              </w:rPr>
              <w:t>Object I found</w:t>
            </w:r>
          </w:p>
        </w:tc>
        <w:tc>
          <w:tcPr>
            <w:tcW w:type="dxa" w:w="3552"/>
            <w:shd w:fill="DCFCE7"/>
            <w:tcBorders>
              <w:top w:val="single" w:sz="10" w:space="0" w:color="86EFAC"/>
              <w:left w:val="single" w:sz="10" w:space="0" w:color="86EFAC"/>
              <w:bottom w:val="single" w:sz="10" w:space="0" w:color="86EFAC"/>
              <w:right w:val="single" w:sz="10" w:space="0" w:color="86EFA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20"/>
              </w:rPr>
              <w:t>Quick sketch</w:t>
            </w:r>
          </w:p>
        </w:tc>
      </w:tr>
      <w:tr>
        <w:tc>
          <w:tcPr>
            <w:tcW w:type="dxa" w:w="3552"/>
            <w:tcBorders>
              <w:top w:val="single" w:sz="8" w:space="0" w:color="BBF7D0"/>
              <w:left w:val="single" w:sz="8" w:space="0" w:color="BBF7D0"/>
              <w:bottom w:val="single" w:sz="8" w:space="0" w:color="BBF7D0"/>
              <w:right w:val="single" w:sz="8" w:space="0" w:color="BBF7D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20"/>
              </w:rPr>
              <w:t>Circle</w:t>
            </w:r>
          </w:p>
        </w:tc>
        <w:tc>
          <w:tcPr>
            <w:tcW w:type="dxa" w:w="3552"/>
            <w:tcBorders>
              <w:top w:val="single" w:sz="8" w:space="0" w:color="BBF7D0"/>
              <w:left w:val="single" w:sz="8" w:space="0" w:color="BBF7D0"/>
              <w:bottom w:val="single" w:sz="8" w:space="0" w:color="BBF7D0"/>
              <w:right w:val="single" w:sz="8" w:space="0" w:color="BBF7D0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20"/>
              </w:rPr>
              <w:t>________________________</w:t>
            </w:r>
          </w:p>
        </w:tc>
        <w:tc>
          <w:tcPr>
            <w:tcW w:type="dxa" w:w="3552"/>
            <w:tcBorders>
              <w:top w:val="single" w:sz="8" w:space="0" w:color="BBF7D0"/>
              <w:left w:val="single" w:sz="8" w:space="0" w:color="BBF7D0"/>
              <w:bottom w:val="single" w:sz="8" w:space="0" w:color="BBF7D0"/>
              <w:right w:val="single" w:sz="8" w:space="0" w:color="BBF7D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20"/>
              </w:rPr>
              <w:br/>
              <w:br/>
            </w:r>
          </w:p>
        </w:tc>
      </w:tr>
      <w:tr>
        <w:tc>
          <w:tcPr>
            <w:tcW w:type="dxa" w:w="3552"/>
            <w:tcBorders>
              <w:top w:val="single" w:sz="8" w:space="0" w:color="BBF7D0"/>
              <w:left w:val="single" w:sz="8" w:space="0" w:color="BBF7D0"/>
              <w:bottom w:val="single" w:sz="8" w:space="0" w:color="BBF7D0"/>
              <w:right w:val="single" w:sz="8" w:space="0" w:color="BBF7D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20"/>
              </w:rPr>
              <w:t>Square</w:t>
            </w:r>
          </w:p>
        </w:tc>
        <w:tc>
          <w:tcPr>
            <w:tcW w:type="dxa" w:w="3552"/>
            <w:tcBorders>
              <w:top w:val="single" w:sz="8" w:space="0" w:color="BBF7D0"/>
              <w:left w:val="single" w:sz="8" w:space="0" w:color="BBF7D0"/>
              <w:bottom w:val="single" w:sz="8" w:space="0" w:color="BBF7D0"/>
              <w:right w:val="single" w:sz="8" w:space="0" w:color="BBF7D0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20"/>
              </w:rPr>
              <w:t>________________________</w:t>
            </w:r>
          </w:p>
        </w:tc>
        <w:tc>
          <w:tcPr>
            <w:tcW w:type="dxa" w:w="3552"/>
            <w:tcBorders>
              <w:top w:val="single" w:sz="8" w:space="0" w:color="BBF7D0"/>
              <w:left w:val="single" w:sz="8" w:space="0" w:color="BBF7D0"/>
              <w:bottom w:val="single" w:sz="8" w:space="0" w:color="BBF7D0"/>
              <w:right w:val="single" w:sz="8" w:space="0" w:color="BBF7D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20"/>
              </w:rPr>
              <w:br/>
              <w:br/>
            </w:r>
          </w:p>
        </w:tc>
      </w:tr>
      <w:tr>
        <w:tc>
          <w:tcPr>
            <w:tcW w:type="dxa" w:w="3552"/>
            <w:tcBorders>
              <w:top w:val="single" w:sz="8" w:space="0" w:color="BBF7D0"/>
              <w:left w:val="single" w:sz="8" w:space="0" w:color="BBF7D0"/>
              <w:bottom w:val="single" w:sz="8" w:space="0" w:color="BBF7D0"/>
              <w:right w:val="single" w:sz="8" w:space="0" w:color="BBF7D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20"/>
              </w:rPr>
              <w:t>Triangle</w:t>
            </w:r>
          </w:p>
        </w:tc>
        <w:tc>
          <w:tcPr>
            <w:tcW w:type="dxa" w:w="3552"/>
            <w:tcBorders>
              <w:top w:val="single" w:sz="8" w:space="0" w:color="BBF7D0"/>
              <w:left w:val="single" w:sz="8" w:space="0" w:color="BBF7D0"/>
              <w:bottom w:val="single" w:sz="8" w:space="0" w:color="BBF7D0"/>
              <w:right w:val="single" w:sz="8" w:space="0" w:color="BBF7D0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20"/>
              </w:rPr>
              <w:t>________________________</w:t>
            </w:r>
          </w:p>
        </w:tc>
        <w:tc>
          <w:tcPr>
            <w:tcW w:type="dxa" w:w="3552"/>
            <w:tcBorders>
              <w:top w:val="single" w:sz="8" w:space="0" w:color="BBF7D0"/>
              <w:left w:val="single" w:sz="8" w:space="0" w:color="BBF7D0"/>
              <w:bottom w:val="single" w:sz="8" w:space="0" w:color="BBF7D0"/>
              <w:right w:val="single" w:sz="8" w:space="0" w:color="BBF7D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20"/>
              </w:rPr>
              <w:br/>
              <w:br/>
            </w:r>
          </w:p>
        </w:tc>
      </w:tr>
      <w:tr>
        <w:tc>
          <w:tcPr>
            <w:tcW w:type="dxa" w:w="3552"/>
            <w:tcBorders>
              <w:top w:val="single" w:sz="8" w:space="0" w:color="BBF7D0"/>
              <w:left w:val="single" w:sz="8" w:space="0" w:color="BBF7D0"/>
              <w:bottom w:val="single" w:sz="8" w:space="0" w:color="BBF7D0"/>
              <w:right w:val="single" w:sz="8" w:space="0" w:color="BBF7D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20"/>
              </w:rPr>
              <w:t>Rectangle</w:t>
            </w:r>
          </w:p>
        </w:tc>
        <w:tc>
          <w:tcPr>
            <w:tcW w:type="dxa" w:w="3552"/>
            <w:tcBorders>
              <w:top w:val="single" w:sz="8" w:space="0" w:color="BBF7D0"/>
              <w:left w:val="single" w:sz="8" w:space="0" w:color="BBF7D0"/>
              <w:bottom w:val="single" w:sz="8" w:space="0" w:color="BBF7D0"/>
              <w:right w:val="single" w:sz="8" w:space="0" w:color="BBF7D0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20"/>
              </w:rPr>
              <w:t>________________________</w:t>
            </w:r>
          </w:p>
        </w:tc>
        <w:tc>
          <w:tcPr>
            <w:tcW w:type="dxa" w:w="3552"/>
            <w:tcBorders>
              <w:top w:val="single" w:sz="8" w:space="0" w:color="BBF7D0"/>
              <w:left w:val="single" w:sz="8" w:space="0" w:color="BBF7D0"/>
              <w:bottom w:val="single" w:sz="8" w:space="0" w:color="BBF7D0"/>
              <w:right w:val="single" w:sz="8" w:space="0" w:color="BBF7D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20"/>
              </w:rPr>
              <w:br/>
              <w:br/>
            </w:r>
          </w:p>
        </w:tc>
      </w:tr>
    </w:tbl>
    <w:p>
      <w:pPr>
        <w:spacing w:before="160" w:after="80"/>
      </w:pPr>
      <w:r>
        <w:rPr>
          <w:b/>
          <w:color w:val="2563EB"/>
          <w:sz w:val="30"/>
        </w:rPr>
        <w:t>4. Match the Clue to the Shape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E0E7FF"/>
            <w:tcBorders>
              <w:top w:val="single" w:sz="10" w:space="0" w:color="A5B4FC"/>
              <w:left w:val="single" w:sz="10" w:space="0" w:color="A5B4FC"/>
              <w:bottom w:val="single" w:sz="10" w:space="0" w:color="A5B4FC"/>
              <w:right w:val="single" w:sz="10" w:space="0" w:color="A5B4F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21"/>
              </w:rPr>
              <w:t>Clue</w:t>
            </w:r>
          </w:p>
        </w:tc>
        <w:tc>
          <w:tcPr>
            <w:tcW w:type="dxa" w:w="5328"/>
            <w:shd w:fill="E0E7FF"/>
            <w:tcBorders>
              <w:top w:val="single" w:sz="10" w:space="0" w:color="A5B4FC"/>
              <w:left w:val="single" w:sz="10" w:space="0" w:color="A5B4FC"/>
              <w:bottom w:val="single" w:sz="10" w:space="0" w:color="A5B4FC"/>
              <w:right w:val="single" w:sz="10" w:space="0" w:color="A5B4F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21"/>
              </w:rPr>
              <w:t>Shape name</w:t>
            </w:r>
          </w:p>
        </w:tc>
      </w:tr>
      <w:tr>
        <w:tc>
          <w:tcPr>
            <w:tcW w:type="dxa" w:w="5328"/>
            <w:tcBorders>
              <w:top w:val="single" w:sz="8" w:space="0" w:color="C7D2FE"/>
              <w:left w:val="single" w:sz="8" w:space="0" w:color="C7D2FE"/>
              <w:bottom w:val="single" w:sz="8" w:space="0" w:color="C7D2FE"/>
              <w:right w:val="single" w:sz="8" w:space="0" w:color="C7D2FE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21"/>
              </w:rPr>
              <w:t>I have 3 sides and 3 corners.</w:t>
            </w:r>
          </w:p>
        </w:tc>
        <w:tc>
          <w:tcPr>
            <w:tcW w:type="dxa" w:w="5328"/>
            <w:tcBorders>
              <w:top w:val="single" w:sz="8" w:space="0" w:color="C7D2FE"/>
              <w:left w:val="single" w:sz="8" w:space="0" w:color="C7D2FE"/>
              <w:bottom w:val="single" w:sz="8" w:space="0" w:color="C7D2FE"/>
              <w:right w:val="single" w:sz="8" w:space="0" w:color="C7D2FE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21"/>
              </w:rPr>
              <w:t>________________</w:t>
            </w:r>
          </w:p>
        </w:tc>
      </w:tr>
      <w:tr>
        <w:tc>
          <w:tcPr>
            <w:tcW w:type="dxa" w:w="5328"/>
            <w:tcBorders>
              <w:top w:val="single" w:sz="8" w:space="0" w:color="C7D2FE"/>
              <w:left w:val="single" w:sz="8" w:space="0" w:color="C7D2FE"/>
              <w:bottom w:val="single" w:sz="8" w:space="0" w:color="C7D2FE"/>
              <w:right w:val="single" w:sz="8" w:space="0" w:color="C7D2FE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21"/>
              </w:rPr>
              <w:t>I am round and have no corners.</w:t>
            </w:r>
          </w:p>
        </w:tc>
        <w:tc>
          <w:tcPr>
            <w:tcW w:type="dxa" w:w="5328"/>
            <w:tcBorders>
              <w:top w:val="single" w:sz="8" w:space="0" w:color="C7D2FE"/>
              <w:left w:val="single" w:sz="8" w:space="0" w:color="C7D2FE"/>
              <w:bottom w:val="single" w:sz="8" w:space="0" w:color="C7D2FE"/>
              <w:right w:val="single" w:sz="8" w:space="0" w:color="C7D2FE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21"/>
              </w:rPr>
              <w:t>________________</w:t>
            </w:r>
          </w:p>
        </w:tc>
      </w:tr>
      <w:tr>
        <w:tc>
          <w:tcPr>
            <w:tcW w:type="dxa" w:w="5328"/>
            <w:tcBorders>
              <w:top w:val="single" w:sz="8" w:space="0" w:color="C7D2FE"/>
              <w:left w:val="single" w:sz="8" w:space="0" w:color="C7D2FE"/>
              <w:bottom w:val="single" w:sz="8" w:space="0" w:color="C7D2FE"/>
              <w:right w:val="single" w:sz="8" w:space="0" w:color="C7D2FE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21"/>
              </w:rPr>
              <w:t>I have 4 equal sides.</w:t>
            </w:r>
          </w:p>
        </w:tc>
        <w:tc>
          <w:tcPr>
            <w:tcW w:type="dxa" w:w="5328"/>
            <w:tcBorders>
              <w:top w:val="single" w:sz="8" w:space="0" w:color="C7D2FE"/>
              <w:left w:val="single" w:sz="8" w:space="0" w:color="C7D2FE"/>
              <w:bottom w:val="single" w:sz="8" w:space="0" w:color="C7D2FE"/>
              <w:right w:val="single" w:sz="8" w:space="0" w:color="C7D2FE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21"/>
              </w:rPr>
              <w:t>________________</w:t>
            </w:r>
          </w:p>
        </w:tc>
      </w:tr>
      <w:tr>
        <w:tc>
          <w:tcPr>
            <w:tcW w:type="dxa" w:w="5328"/>
            <w:tcBorders>
              <w:top w:val="single" w:sz="8" w:space="0" w:color="C7D2FE"/>
              <w:left w:val="single" w:sz="8" w:space="0" w:color="C7D2FE"/>
              <w:bottom w:val="single" w:sz="8" w:space="0" w:color="C7D2FE"/>
              <w:right w:val="single" w:sz="8" w:space="0" w:color="C7D2FE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21"/>
              </w:rPr>
              <w:t>I have 4 sides, but I am longer than I am tall.</w:t>
            </w:r>
          </w:p>
        </w:tc>
        <w:tc>
          <w:tcPr>
            <w:tcW w:type="dxa" w:w="5328"/>
            <w:tcBorders>
              <w:top w:val="single" w:sz="8" w:space="0" w:color="C7D2FE"/>
              <w:left w:val="single" w:sz="8" w:space="0" w:color="C7D2FE"/>
              <w:bottom w:val="single" w:sz="8" w:space="0" w:color="C7D2FE"/>
              <w:right w:val="single" w:sz="8" w:space="0" w:color="C7D2FE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21"/>
              </w:rPr>
              <w:t>________________</w:t>
            </w:r>
          </w:p>
        </w:tc>
      </w:tr>
    </w:tbl>
    <w:p>
      <w:pPr>
        <w:spacing w:before="160" w:after="80"/>
      </w:pPr>
      <w:r>
        <w:rPr>
          <w:b/>
          <w:color w:val="2563EB"/>
          <w:sz w:val="30"/>
        </w:rPr>
        <w:t>5. Create Your Own Shape Picture</w:t>
      </w:r>
    </w:p>
    <w:p>
      <w:pPr>
        <w:spacing w:after="80"/>
      </w:pPr>
      <w:r>
        <w:t>Use at least 4 different shapes to draw a picture. Label the shapes you used.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tcBorders>
              <w:top w:val="single" w:sz="12" w:space="0" w:color="93C5FD"/>
              <w:left w:val="single" w:sz="12" w:space="0" w:color="93C5FD"/>
              <w:bottom w:val="single" w:sz="12" w:space="0" w:color="93C5FD"/>
              <w:right w:val="single" w:sz="12" w:space="0" w:color="93C5FD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64748B"/>
                <w:sz w:val="22"/>
              </w:rPr>
              <w:br/>
              <w:br/>
              <w:br/>
              <w:t>Draw your picture here</w:t>
              <w:br/>
              <w:br/>
              <w:br/>
            </w:r>
          </w:p>
        </w:tc>
      </w:tr>
    </w:tbl>
    <w:p>
      <w:pPr>
        <w:spacing w:after="40"/>
      </w:pPr>
      <w:r>
        <w:rPr>
          <w:b/>
        </w:rPr>
        <w:t xml:space="preserve">Shapes I used: </w:t>
      </w:r>
      <w:r>
        <w:t>____________________________________________________________</w:t>
      </w:r>
    </w:p>
    <w:p>
      <w:pPr>
        <w:spacing w:before="160" w:after="80"/>
      </w:pPr>
      <w:r>
        <w:rPr>
          <w:b/>
          <w:color w:val="2563EB"/>
          <w:sz w:val="30"/>
        </w:rPr>
        <w:t>6. Reflection / Exit Ticket</w:t>
      </w:r>
    </w:p>
    <w:p>
      <w:pPr>
        <w:spacing w:after="60"/>
      </w:pPr>
      <w:r>
        <w:t>My favourite shape is __________________ because ________________________________.</w:t>
      </w:r>
    </w:p>
    <w:p>
      <w:pPr>
        <w:spacing w:after="60"/>
      </w:pPr>
      <w:r>
        <w:t>One thing I learned about shapes is ____________________________________________.</w:t>
      </w:r>
    </w:p>
    <w:p>
      <w:pPr>
        <w:spacing w:before="120"/>
      </w:pPr>
      <w:r>
        <w:rPr>
          <w:b/>
          <w:color w:val="059669"/>
        </w:rPr>
        <w:t xml:space="preserve">Teacher Use: </w:t>
      </w:r>
      <w:r>
        <w:t>Free for classroom use by teachers, parents, tutors, and homeschool educators. Please do not sell or repackage.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>ShabzLabs.com | Shape Hunter Geometry Worksheet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