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6534"/>
          <w:sz w:val="48"/>
        </w:rPr>
        <w:t>Addition Jungle Practice Sheet</w:t>
      </w:r>
    </w:p>
    <w:p>
      <w:pPr>
        <w:jc w:val="center"/>
      </w:pPr>
      <w:r>
        <w:rPr>
          <w:i/>
          <w:color w:val="475569"/>
          <w:sz w:val="24"/>
        </w:rPr>
        <w:t>Practice addition strategies after playing Addition Jungle on ShabzLabs.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vAlign w:val="center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Name: ____________________</w:t>
            </w:r>
          </w:p>
        </w:tc>
        <w:tc>
          <w:tcPr>
            <w:tcW w:type="dxa" w:w="3552"/>
            <w:vAlign w:val="center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Date: ______________</w:t>
            </w:r>
          </w:p>
        </w:tc>
        <w:tc>
          <w:tcPr>
            <w:tcW w:type="dxa" w:w="3552"/>
            <w:vAlign w:val="center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Class: _____________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DCFCE7"/>
            <w:tcBorders>
              <w:top w:val="single" w:sz="8" w:space="0" w:color="CBD5E1"/>
              <w:left w:val="single" w:sz="8" w:space="0" w:color="CBD5E1"/>
              <w:bottom w:val="single" w:sz="8" w:space="0" w:color="CBD5E1"/>
              <w:right w:val="single" w:sz="8" w:space="0" w:color="CBD5E1"/>
            </w:tcBorders>
          </w:tcPr>
          <w:p>
            <w:pPr>
              <w:jc w:val="left"/>
            </w:pPr>
            <w:r>
              <w:rPr>
                <w:rFonts w:ascii="Arial" w:hAnsi="Arial"/>
                <w:sz w:val="22"/>
              </w:rPr>
              <w:t>Learning Goal: I can solve addition questions by counting on, drawing pictures, using ten frames, and writing number sentences.</w:t>
            </w:r>
          </w:p>
        </w:tc>
      </w:tr>
    </w:tbl>
    <w:p>
      <w:r>
        <w:rPr>
          <w:b/>
          <w:color w:val="1D4ED8"/>
          <w:sz w:val="32"/>
        </w:rPr>
        <w:t>1. Solve the Jungle Addition Facts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vAlign w:val="center"/>
            <w:shd w:fill="FEF3C7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center"/>
            </w:pPr>
            <w:r/>
            <w:r>
              <w:rPr>
                <w:b/>
                <w:sz w:val="26"/>
              </w:rPr>
              <w:t>3 + 2 = ____</w:t>
            </w:r>
          </w:p>
        </w:tc>
        <w:tc>
          <w:tcPr>
            <w:tcW w:type="dxa" w:w="3552"/>
            <w:vAlign w:val="center"/>
            <w:shd w:fill="FFFFFF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center"/>
            </w:pPr>
            <w:r/>
            <w:r>
              <w:rPr>
                <w:b/>
                <w:sz w:val="26"/>
              </w:rPr>
              <w:t>4 + 5 = ____</w:t>
            </w:r>
          </w:p>
        </w:tc>
        <w:tc>
          <w:tcPr>
            <w:tcW w:type="dxa" w:w="3552"/>
            <w:vAlign w:val="center"/>
            <w:shd w:fill="FEF3C7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center"/>
            </w:pPr>
            <w:r/>
            <w:r>
              <w:rPr>
                <w:b/>
                <w:sz w:val="26"/>
              </w:rPr>
              <w:t>6 + 1 = ____</w:t>
            </w:r>
          </w:p>
        </w:tc>
      </w:tr>
      <w:tr>
        <w:tc>
          <w:tcPr>
            <w:tcW w:type="dxa" w:w="3552"/>
            <w:vAlign w:val="center"/>
            <w:shd w:fill="FFFFFF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center"/>
            </w:pPr>
            <w:r/>
            <w:r>
              <w:rPr>
                <w:b/>
                <w:sz w:val="26"/>
              </w:rPr>
              <w:t>7 + 3 = ____</w:t>
            </w:r>
          </w:p>
        </w:tc>
        <w:tc>
          <w:tcPr>
            <w:tcW w:type="dxa" w:w="3552"/>
            <w:vAlign w:val="center"/>
            <w:shd w:fill="FEF3C7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center"/>
            </w:pPr>
            <w:r/>
            <w:r>
              <w:rPr>
                <w:b/>
                <w:sz w:val="26"/>
              </w:rPr>
              <w:t>8 + 2 = ____</w:t>
            </w:r>
          </w:p>
        </w:tc>
        <w:tc>
          <w:tcPr>
            <w:tcW w:type="dxa" w:w="3552"/>
            <w:vAlign w:val="center"/>
            <w:shd w:fill="FFFFFF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center"/>
            </w:pPr>
            <w:r/>
            <w:r>
              <w:rPr>
                <w:b/>
                <w:sz w:val="26"/>
              </w:rPr>
              <w:t>5 + 5 = ____</w:t>
            </w:r>
          </w:p>
        </w:tc>
      </w:tr>
      <w:tr>
        <w:tc>
          <w:tcPr>
            <w:tcW w:type="dxa" w:w="3552"/>
            <w:vAlign w:val="center"/>
            <w:shd w:fill="FEF3C7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center"/>
            </w:pPr>
            <w:r/>
            <w:r>
              <w:rPr>
                <w:b/>
                <w:sz w:val="26"/>
              </w:rPr>
              <w:t>9 + 1 = ____</w:t>
            </w:r>
          </w:p>
        </w:tc>
        <w:tc>
          <w:tcPr>
            <w:tcW w:type="dxa" w:w="3552"/>
            <w:vAlign w:val="center"/>
            <w:shd w:fill="FFFFFF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center"/>
            </w:pPr>
            <w:r/>
            <w:r>
              <w:rPr>
                <w:b/>
                <w:sz w:val="26"/>
              </w:rPr>
              <w:t>2 + 6 = ____</w:t>
            </w:r>
          </w:p>
        </w:tc>
        <w:tc>
          <w:tcPr>
            <w:tcW w:type="dxa" w:w="3552"/>
            <w:vAlign w:val="center"/>
            <w:shd w:fill="FEF3C7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center"/>
            </w:pPr>
            <w:r/>
            <w:r>
              <w:rPr>
                <w:b/>
                <w:sz w:val="26"/>
              </w:rPr>
              <w:t>10 + 4 = ____</w:t>
            </w:r>
          </w:p>
        </w:tc>
      </w:tr>
      <w:tr>
        <w:tc>
          <w:tcPr>
            <w:tcW w:type="dxa" w:w="3552"/>
            <w:vAlign w:val="center"/>
            <w:shd w:fill="FFFFFF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center"/>
            </w:pPr>
            <w:r/>
            <w:r>
              <w:rPr>
                <w:b/>
                <w:sz w:val="26"/>
              </w:rPr>
              <w:t>11 + 3 = ____</w:t>
            </w:r>
          </w:p>
        </w:tc>
        <w:tc>
          <w:tcPr>
            <w:tcW w:type="dxa" w:w="3552"/>
            <w:vAlign w:val="center"/>
            <w:shd w:fill="FEF3C7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center"/>
            </w:pPr>
            <w:r/>
            <w:r>
              <w:rPr>
                <w:b/>
                <w:sz w:val="26"/>
              </w:rPr>
              <w:t>12 + 2 = ____</w:t>
            </w:r>
          </w:p>
        </w:tc>
        <w:tc>
          <w:tcPr>
            <w:tcW w:type="dxa" w:w="3552"/>
            <w:vAlign w:val="center"/>
            <w:shd w:fill="FFFFFF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center"/>
            </w:pPr>
            <w:r/>
            <w:r>
              <w:rPr>
                <w:b/>
                <w:sz w:val="26"/>
              </w:rPr>
              <w:t>6 + 7 = ____</w:t>
            </w:r>
          </w:p>
        </w:tc>
      </w:tr>
    </w:tbl>
    <w:p>
      <w:r>
        <w:rPr>
          <w:b/>
          <w:color w:val="1D4ED8"/>
          <w:sz w:val="32"/>
        </w:rPr>
        <w:t>2. Draw It</w:t>
      </w:r>
    </w:p>
    <w:p>
      <w:r>
        <w:rPr>
          <w:sz w:val="22"/>
        </w:rPr>
        <w:t>Draw 4 bananas + 3 bananas. Then write how many bananas there are altogether.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r>
              <w:rPr>
                <w:sz w:val="24"/>
              </w:rPr>
              <w:br/>
              <w:br/>
              <w:br/>
              <w:br/>
              <w:br/>
              <w:t>Answer: 4 + 3 = ______ bananas</w:t>
              <w:br/>
            </w:r>
          </w:p>
        </w:tc>
      </w:tr>
    </w:tbl>
    <w:p>
      <w:r>
        <w:rPr>
          <w:b/>
          <w:color w:val="1D4ED8"/>
          <w:sz w:val="32"/>
        </w:rPr>
        <w:t>3. Use Ten Frames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shd w:fill="FFFFFF"/>
            <w:tcBorders>
              <w:top w:val="single" w:sz="10" w:space="0" w:color="111827"/>
              <w:left w:val="single" w:sz="10" w:space="0" w:color="111827"/>
              <w:bottom w:val="single" w:sz="10" w:space="0" w:color="111827"/>
              <w:right w:val="single" w:sz="10" w:space="0" w:color="111827"/>
            </w:tcBorders>
          </w:tcPr>
          <w:p>
            <w:r/>
          </w:p>
        </w:tc>
        <w:tc>
          <w:tcPr>
            <w:tcW w:type="dxa" w:w="2131"/>
            <w:shd w:fill="FFFFFF"/>
            <w:tcBorders>
              <w:top w:val="single" w:sz="10" w:space="0" w:color="111827"/>
              <w:left w:val="single" w:sz="10" w:space="0" w:color="111827"/>
              <w:bottom w:val="single" w:sz="10" w:space="0" w:color="111827"/>
              <w:right w:val="single" w:sz="10" w:space="0" w:color="111827"/>
            </w:tcBorders>
          </w:tcPr>
          <w:p>
            <w:r/>
          </w:p>
        </w:tc>
        <w:tc>
          <w:tcPr>
            <w:tcW w:type="dxa" w:w="2131"/>
            <w:shd w:fill="FFFFFF"/>
            <w:tcBorders>
              <w:top w:val="single" w:sz="10" w:space="0" w:color="111827"/>
              <w:left w:val="single" w:sz="10" w:space="0" w:color="111827"/>
              <w:bottom w:val="single" w:sz="10" w:space="0" w:color="111827"/>
              <w:right w:val="single" w:sz="10" w:space="0" w:color="111827"/>
            </w:tcBorders>
          </w:tcPr>
          <w:p>
            <w:r/>
          </w:p>
        </w:tc>
        <w:tc>
          <w:tcPr>
            <w:tcW w:type="dxa" w:w="2131"/>
            <w:shd w:fill="FFFFFF"/>
            <w:tcBorders>
              <w:top w:val="single" w:sz="10" w:space="0" w:color="111827"/>
              <w:left w:val="single" w:sz="10" w:space="0" w:color="111827"/>
              <w:bottom w:val="single" w:sz="10" w:space="0" w:color="111827"/>
              <w:right w:val="single" w:sz="10" w:space="0" w:color="111827"/>
            </w:tcBorders>
          </w:tcPr>
          <w:p>
            <w:r/>
          </w:p>
        </w:tc>
        <w:tc>
          <w:tcPr>
            <w:tcW w:type="dxa" w:w="2131"/>
            <w:shd w:fill="FFFFFF"/>
            <w:tcBorders>
              <w:top w:val="single" w:sz="10" w:space="0" w:color="111827"/>
              <w:left w:val="single" w:sz="10" w:space="0" w:color="111827"/>
              <w:bottom w:val="single" w:sz="10" w:space="0" w:color="111827"/>
              <w:right w:val="single" w:sz="10" w:space="0" w:color="111827"/>
            </w:tcBorders>
          </w:tcPr>
          <w:p>
            <w:r/>
          </w:p>
        </w:tc>
      </w:tr>
      <w:tr>
        <w:tc>
          <w:tcPr>
            <w:tcW w:type="dxa" w:w="2131"/>
            <w:shd w:fill="FFFFFF"/>
            <w:tcBorders>
              <w:top w:val="single" w:sz="10" w:space="0" w:color="111827"/>
              <w:left w:val="single" w:sz="10" w:space="0" w:color="111827"/>
              <w:bottom w:val="single" w:sz="10" w:space="0" w:color="111827"/>
              <w:right w:val="single" w:sz="10" w:space="0" w:color="111827"/>
            </w:tcBorders>
          </w:tcPr>
          <w:p>
            <w:r/>
          </w:p>
        </w:tc>
        <w:tc>
          <w:tcPr>
            <w:tcW w:type="dxa" w:w="2131"/>
            <w:shd w:fill="FFFFFF"/>
            <w:tcBorders>
              <w:top w:val="single" w:sz="10" w:space="0" w:color="111827"/>
              <w:left w:val="single" w:sz="10" w:space="0" w:color="111827"/>
              <w:bottom w:val="single" w:sz="10" w:space="0" w:color="111827"/>
              <w:right w:val="single" w:sz="10" w:space="0" w:color="111827"/>
            </w:tcBorders>
          </w:tcPr>
          <w:p>
            <w:r/>
          </w:p>
        </w:tc>
        <w:tc>
          <w:tcPr>
            <w:tcW w:type="dxa" w:w="2131"/>
            <w:shd w:fill="FFFFFF"/>
            <w:tcBorders>
              <w:top w:val="single" w:sz="10" w:space="0" w:color="111827"/>
              <w:left w:val="single" w:sz="10" w:space="0" w:color="111827"/>
              <w:bottom w:val="single" w:sz="10" w:space="0" w:color="111827"/>
              <w:right w:val="single" w:sz="10" w:space="0" w:color="111827"/>
            </w:tcBorders>
          </w:tcPr>
          <w:p>
            <w:r/>
          </w:p>
        </w:tc>
        <w:tc>
          <w:tcPr>
            <w:tcW w:type="dxa" w:w="2131"/>
            <w:shd w:fill="FFFFFF"/>
            <w:tcBorders>
              <w:top w:val="single" w:sz="10" w:space="0" w:color="111827"/>
              <w:left w:val="single" w:sz="10" w:space="0" w:color="111827"/>
              <w:bottom w:val="single" w:sz="10" w:space="0" w:color="111827"/>
              <w:right w:val="single" w:sz="10" w:space="0" w:color="111827"/>
            </w:tcBorders>
          </w:tcPr>
          <w:p>
            <w:r/>
          </w:p>
        </w:tc>
        <w:tc>
          <w:tcPr>
            <w:tcW w:type="dxa" w:w="2131"/>
            <w:shd w:fill="FFFFFF"/>
            <w:tcBorders>
              <w:top w:val="single" w:sz="10" w:space="0" w:color="111827"/>
              <w:left w:val="single" w:sz="10" w:space="0" w:color="111827"/>
              <w:bottom w:val="single" w:sz="10" w:space="0" w:color="111827"/>
              <w:right w:val="single" w:sz="10" w:space="0" w:color="111827"/>
            </w:tcBorders>
          </w:tcPr>
          <w:p>
            <w:r/>
          </w:p>
        </w:tc>
      </w:tr>
    </w:tbl>
    <w:p>
      <w:r>
        <w:rPr>
          <w:sz w:val="22"/>
        </w:rPr>
        <w:t>Use the ten frame to show 6 + 4. How many altogether? ______</w:t>
      </w:r>
    </w:p>
    <w:p>
      <w:r>
        <w:br w:type="page"/>
      </w:r>
    </w:p>
    <w:p>
      <w:pPr>
        <w:jc w:val="center"/>
      </w:pPr>
      <w:r>
        <w:rPr>
          <w:b/>
          <w:color w:val="166534"/>
          <w:sz w:val="40"/>
        </w:rPr>
        <w:t>Addition Jungle Practice Sheet - Page 2</w:t>
      </w:r>
    </w:p>
    <w:p>
      <w:r>
        <w:rPr>
          <w:b/>
          <w:color w:val="1D4ED8"/>
          <w:sz w:val="32"/>
        </w:rPr>
        <w:t>4. Write the Number Sentence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DBEAFE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left"/>
            </w:pPr>
            <w:r/>
            <w:r>
              <w:rPr>
                <w:b/>
                <w:sz w:val="22"/>
              </w:rPr>
              <w:t>Jungle story</w:t>
            </w:r>
          </w:p>
        </w:tc>
        <w:tc>
          <w:tcPr>
            <w:tcW w:type="dxa" w:w="5328"/>
            <w:vAlign w:val="center"/>
            <w:shd w:fill="DBEAFE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left"/>
            </w:pPr>
            <w:r/>
            <w:r>
              <w:rPr>
                <w:b/>
                <w:sz w:val="22"/>
              </w:rPr>
              <w:t>Number sentence</w:t>
            </w:r>
          </w:p>
        </w:tc>
      </w:tr>
      <w:tr>
        <w:tc>
          <w:tcPr>
            <w:tcW w:type="dxa" w:w="5328"/>
            <w:vAlign w:val="center"/>
            <w:shd w:fill="FFFFFF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There are 5 monkeys. 2 more monkeys join them.</w:t>
            </w:r>
          </w:p>
        </w:tc>
        <w:tc>
          <w:tcPr>
            <w:tcW w:type="dxa" w:w="5328"/>
            <w:vAlign w:val="center"/>
            <w:shd w:fill="FFFFFF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____ + ____ = ____</w:t>
            </w:r>
          </w:p>
        </w:tc>
      </w:tr>
      <w:tr>
        <w:tc>
          <w:tcPr>
            <w:tcW w:type="dxa" w:w="5328"/>
            <w:vAlign w:val="center"/>
            <w:shd w:fill="FFFFFF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There are 7 parrots. 3 more parrots fly in.</w:t>
            </w:r>
          </w:p>
        </w:tc>
        <w:tc>
          <w:tcPr>
            <w:tcW w:type="dxa" w:w="5328"/>
            <w:vAlign w:val="center"/>
            <w:shd w:fill="FFFFFF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____ + ____ = ____</w:t>
            </w:r>
          </w:p>
        </w:tc>
      </w:tr>
      <w:tr>
        <w:tc>
          <w:tcPr>
            <w:tcW w:type="dxa" w:w="5328"/>
            <w:vAlign w:val="center"/>
            <w:shd w:fill="FFFFFF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There are 4 frogs. 4 more frogs jump over.</w:t>
            </w:r>
          </w:p>
        </w:tc>
        <w:tc>
          <w:tcPr>
            <w:tcW w:type="dxa" w:w="5328"/>
            <w:vAlign w:val="center"/>
            <w:shd w:fill="FFFFFF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____ + ____ = ____</w:t>
            </w:r>
          </w:p>
        </w:tc>
      </w:tr>
    </w:tbl>
    <w:p>
      <w:r>
        <w:rPr>
          <w:b/>
          <w:color w:val="1D4ED8"/>
          <w:sz w:val="32"/>
        </w:rPr>
        <w:t>5. Create Your Own Jungle Addition Question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8" w:space="0" w:color="94A3B8"/>
              <w:left w:val="single" w:sz="8" w:space="0" w:color="94A3B8"/>
              <w:bottom w:val="single" w:sz="8" w:space="0" w:color="94A3B8"/>
              <w:right w:val="single" w:sz="8" w:space="0" w:color="94A3B8"/>
            </w:tcBorders>
          </w:tcPr>
          <w:p>
            <w:r>
              <w:rPr>
                <w:sz w:val="22"/>
              </w:rPr>
              <w:t>My jungle addition story:</w:t>
              <w:br/>
              <w:br/>
              <w:t>__________________________________________________________________</w:t>
              <w:br/>
              <w:br/>
              <w:t>__________________________________________________________________</w:t>
              <w:br/>
              <w:br/>
              <w:t>Number sentence: ______ + ______ = ______</w:t>
              <w:br/>
            </w:r>
          </w:p>
        </w:tc>
      </w:tr>
    </w:tbl>
    <w:p>
      <w:r>
        <w:rPr>
          <w:b/>
          <w:color w:val="1D4ED8"/>
          <w:sz w:val="32"/>
        </w:rPr>
        <w:t>6. Reflection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vAlign w:val="center"/>
            <w:shd w:fill="F8FAFC"/>
            <w:tcBorders>
              <w:top w:val="single" w:sz="8" w:space="0" w:color="CBD5E1"/>
              <w:left w:val="single" w:sz="8" w:space="0" w:color="CBD5E1"/>
              <w:bottom w:val="single" w:sz="8" w:space="0" w:color="CBD5E1"/>
              <w:right w:val="single" w:sz="8" w:space="0" w:color="CBD5E1"/>
            </w:tcBorders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One strategy I used was:  ☐ counting on   ☐ drawing   ☐ ten frame   ☐ fingers   ☐ another strategy</w:t>
            </w:r>
          </w:p>
        </w:tc>
      </w:tr>
      <w:tr>
        <w:tc>
          <w:tcPr>
            <w:tcW w:type="dxa" w:w="10656"/>
            <w:vAlign w:val="center"/>
            <w:shd w:fill="F8FAFC"/>
            <w:tcBorders>
              <w:top w:val="single" w:sz="8" w:space="0" w:color="CBD5E1"/>
              <w:left w:val="single" w:sz="8" w:space="0" w:color="CBD5E1"/>
              <w:bottom w:val="single" w:sz="8" w:space="0" w:color="CBD5E1"/>
              <w:right w:val="single" w:sz="8" w:space="0" w:color="CBD5E1"/>
            </w:tcBorders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The easiest question was: ____________________ because ________________________________</w:t>
            </w:r>
          </w:p>
        </w:tc>
      </w:tr>
      <w:tr>
        <w:tc>
          <w:tcPr>
            <w:tcW w:type="dxa" w:w="10656"/>
            <w:vAlign w:val="center"/>
            <w:shd w:fill="F8FAFC"/>
            <w:tcBorders>
              <w:top w:val="single" w:sz="8" w:space="0" w:color="CBD5E1"/>
              <w:left w:val="single" w:sz="8" w:space="0" w:color="CBD5E1"/>
              <w:bottom w:val="single" w:sz="8" w:space="0" w:color="CBD5E1"/>
              <w:right w:val="single" w:sz="8" w:space="0" w:color="CBD5E1"/>
            </w:tcBorders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One thing I want to practise more is: ________________________________________________</w:t>
            </w:r>
          </w:p>
        </w:tc>
      </w:tr>
    </w:tbl>
    <w:p>
      <w:r>
        <w:rPr>
          <w:b/>
          <w:color w:val="1E40AF"/>
          <w:sz w:val="20"/>
        </w:rPr>
        <w:t xml:space="preserve">Teacher Note: </w:t>
      </w:r>
      <w:r>
        <w:rPr>
          <w:color w:val="475569"/>
          <w:sz w:val="20"/>
        </w:rPr>
        <w:t>Use this sheet after Addition Jungle as independent practice, a math centre activity, or a quick exit ticket.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>ShabzLabs.com | Free for classroom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Jungle Practice Sheet</dc:title>
  <dc:subject>Primary math addition worksheet for ShabzLabs</dc:subject>
  <dc:creator>ShabzLabs</dc:creator>
  <cp:keywords/>
  <dc:description>Free classroom worksheet for Addition Jungle.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